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FormTitle"/>
        <w:jc w:val="center"/>
      </w:pPr>
      <w:r>
        <w:rPr>
          <w:rFonts w:ascii="Liberation Sans" w:hAnsi="Liberation Sans" w:eastAsia="Liberation Sans"/>
          <w:b/>
          <w:color w:val="243247"/>
          <w:sz w:val="40"/>
        </w:rPr>
        <w:t>UMOWA UŻYCZENIA SAMOCHODU</w:t>
      </w:r>
    </w:p>
    <w:p>
      <w:pPr>
        <w:pStyle w:val="FormSubtitle"/>
        <w:jc w:val="center"/>
      </w:pPr>
      <w:r>
        <w:rPr>
          <w:i/>
        </w:rPr>
        <w:t>(Instrukcje zapisane kursywą można usunąć w trakcie wypełniania dokumentu.)</w:t>
      </w:r>
    </w:p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932"/>
        <w:gridCol w:w="4932"/>
      </w:tblGrid>
      <w:tr>
        <w:trPr>
          <w:cantSplit/>
        </w:trPr>
        <w:tc>
          <w:tcPr>
            <w:tcW w:type="dxa" w:w="4932"/>
            <w:vAlign w:val="center"/>
            <w:tcMar>
              <w:top w:w="45" w:type="dxa"/>
              <w:start w:w="20" w:type="dxa"/>
              <w:bottom w:w="70" w:type="dxa"/>
              <w:end w:w="60" w:type="dxa"/>
            </w:tcMar>
          </w:tcPr>
          <w:p>
            <w:pPr>
              <w:spacing w:after="20"/>
            </w:pPr>
            <w:r>
              <w:rPr>
                <w:rFonts w:ascii="Liberation Sans" w:hAnsi="Liberation Sans" w:eastAsia="Liberation Sans"/>
                <w:b/>
                <w:color w:val="6B7280"/>
                <w:sz w:val="17"/>
              </w:rPr>
              <w:t>Miejsce zawarcia umowy</w:t>
            </w:r>
          </w:p>
          <w:p>
            <w:pPr>
              <w:spacing w:after="40"/>
            </w:pPr>
            <w:r>
              <w:rPr>
                <w:rFonts w:ascii="Liberation Sans" w:hAnsi="Liberation Sans" w:eastAsia="Liberation Sans"/>
                <w:b w:val="0"/>
                <w:sz w:val="20"/>
              </w:rPr>
              <w:t>............................................................</w:t>
            </w:r>
          </w:p>
        </w:tc>
        <w:tc>
          <w:tcPr>
            <w:tcW w:type="dxa" w:w="4932"/>
            <w:vAlign w:val="center"/>
            <w:tcMar>
              <w:top w:w="45" w:type="dxa"/>
              <w:start w:w="20" w:type="dxa"/>
              <w:bottom w:w="70" w:type="dxa"/>
              <w:end w:w="60" w:type="dxa"/>
            </w:tcMar>
          </w:tcPr>
          <w:p>
            <w:pPr>
              <w:spacing w:after="20"/>
            </w:pPr>
            <w:r>
              <w:rPr>
                <w:rFonts w:ascii="Liberation Sans" w:hAnsi="Liberation Sans" w:eastAsia="Liberation Sans"/>
                <w:b/>
                <w:color w:val="6B7280"/>
                <w:sz w:val="17"/>
              </w:rPr>
              <w:t>Data</w:t>
            </w:r>
          </w:p>
          <w:p>
            <w:pPr>
              <w:spacing w:after="40"/>
            </w:pPr>
            <w:r>
              <w:rPr>
                <w:rFonts w:ascii="Liberation Sans" w:hAnsi="Liberation Sans" w:eastAsia="Liberation Sans"/>
                <w:b w:val="0"/>
                <w:sz w:val="20"/>
              </w:rPr>
              <w:t>............................................................</w:t>
            </w:r>
          </w:p>
        </w:tc>
      </w:tr>
    </w:tbl>
    <w:p>
      <w:pPr>
        <w:spacing w:before="80" w:after="80"/>
      </w:pPr>
      <w:r>
        <w:rPr>
          <w:rFonts w:ascii="Liberation Sans" w:hAnsi="Liberation Sans" w:eastAsia="Liberation Sans"/>
          <w:b/>
        </w:rPr>
        <w:t>Umowa zostaje zawarta pomiędzy: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9E0E7"/>
          <w:left w:val="single" w:sz="4" w:space="0" w:color="D9E0E7"/>
          <w:bottom w:val="single" w:sz="4" w:space="0" w:color="D9E0E7"/>
          <w:right w:val="single" w:sz="4" w:space="0" w:color="D9E0E7"/>
        </w:tblBorders>
      </w:tblPr>
      <w:tblGrid>
        <w:gridCol w:w="9865"/>
      </w:tblGrid>
      <w:tr>
        <w:trPr>
          <w:cantSplit/>
        </w:trPr>
        <w:tc>
          <w:tcPr>
            <w:tcW w:type="dxa" w:w="9866"/>
            <w:tcMar>
              <w:top w:w="85" w:type="dxa"/>
              <w:start w:w="110" w:type="dxa"/>
              <w:bottom w:w="85" w:type="dxa"/>
              <w:end w:w="110" w:type="dxa"/>
            </w:tcMar>
          </w:tcPr>
          <w:p>
            <w:r>
              <w:rPr>
                <w:rFonts w:ascii="Liberation Sans" w:hAnsi="Liberation Sans" w:eastAsia="Liberation Sans"/>
                <w:b/>
                <w:color w:val="243247"/>
                <w:sz w:val="18"/>
              </w:rPr>
              <w:t>Użyczający</w:t>
            </w:r>
          </w:p>
          <w:p>
            <w:pPr>
              <w:spacing w:after="20"/>
            </w:pPr>
            <w:r>
              <w:rPr>
                <w:rFonts w:ascii="Liberation Sans" w:hAnsi="Liberation Sans" w:eastAsia="Liberation Sans"/>
                <w:b w:val="0"/>
                <w:sz w:val="18"/>
              </w:rPr>
              <w:t>Imię i nazwisko: ........................................................................................................................</w:t>
            </w:r>
          </w:p>
          <w:p>
            <w:pPr>
              <w:spacing w:after="20"/>
            </w:pPr>
            <w:r>
              <w:rPr>
                <w:rFonts w:ascii="Liberation Sans" w:hAnsi="Liberation Sans" w:eastAsia="Liberation Sans"/>
                <w:b w:val="0"/>
                <w:sz w:val="18"/>
              </w:rPr>
              <w:t>Adres: .............................................................................................................................................</w:t>
            </w:r>
          </w:p>
          <w:p>
            <w:pPr>
              <w:spacing w:after="20"/>
            </w:pPr>
            <w:r>
              <w:rPr>
                <w:rFonts w:ascii="Liberation Sans" w:hAnsi="Liberation Sans" w:eastAsia="Liberation Sans"/>
                <w:b w:val="0"/>
                <w:sz w:val="18"/>
              </w:rPr>
              <w:t>PESEL / nr dokumentu (opcjonalnie): .....................................................................................................</w:t>
            </w:r>
          </w:p>
          <w:p>
            <w:r>
              <w:rPr>
                <w:rFonts w:ascii="Liberation Sans" w:hAnsi="Liberation Sans" w:eastAsia="Liberation Sans"/>
                <w:b w:val="0"/>
                <w:color w:val="6B7280"/>
                <w:sz w:val="17"/>
              </w:rPr>
              <w:t>dalej „Użyczającym”.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9E0E7"/>
          <w:left w:val="single" w:sz="4" w:space="0" w:color="D9E0E7"/>
          <w:bottom w:val="single" w:sz="4" w:space="0" w:color="D9E0E7"/>
          <w:right w:val="single" w:sz="4" w:space="0" w:color="D9E0E7"/>
        </w:tblBorders>
      </w:tblPr>
      <w:tblGrid>
        <w:gridCol w:w="9865"/>
      </w:tblGrid>
      <w:tr>
        <w:trPr>
          <w:cantSplit/>
        </w:trPr>
        <w:tc>
          <w:tcPr>
            <w:tcW w:type="dxa" w:w="9866"/>
            <w:tcMar>
              <w:top w:w="85" w:type="dxa"/>
              <w:start w:w="110" w:type="dxa"/>
              <w:bottom w:w="85" w:type="dxa"/>
              <w:end w:w="110" w:type="dxa"/>
            </w:tcMar>
          </w:tcPr>
          <w:p>
            <w:r>
              <w:rPr>
                <w:rFonts w:ascii="Liberation Sans" w:hAnsi="Liberation Sans" w:eastAsia="Liberation Sans"/>
                <w:b/>
                <w:color w:val="243247"/>
                <w:sz w:val="18"/>
              </w:rPr>
              <w:t>Biorący do używania</w:t>
            </w:r>
          </w:p>
          <w:p>
            <w:pPr>
              <w:spacing w:after="20"/>
            </w:pPr>
            <w:r>
              <w:rPr>
                <w:rFonts w:ascii="Liberation Sans" w:hAnsi="Liberation Sans" w:eastAsia="Liberation Sans"/>
                <w:b w:val="0"/>
                <w:sz w:val="18"/>
              </w:rPr>
              <w:t>Imię i nazwisko: ........................................................................................................................</w:t>
            </w:r>
          </w:p>
          <w:p>
            <w:pPr>
              <w:spacing w:after="20"/>
            </w:pPr>
            <w:r>
              <w:rPr>
                <w:rFonts w:ascii="Liberation Sans" w:hAnsi="Liberation Sans" w:eastAsia="Liberation Sans"/>
                <w:b w:val="0"/>
                <w:sz w:val="18"/>
              </w:rPr>
              <w:t>Adres: .............................................................................................................................................</w:t>
            </w:r>
          </w:p>
          <w:p>
            <w:pPr>
              <w:spacing w:after="20"/>
            </w:pPr>
            <w:r>
              <w:rPr>
                <w:rFonts w:ascii="Liberation Sans" w:hAnsi="Liberation Sans" w:eastAsia="Liberation Sans"/>
                <w:b w:val="0"/>
                <w:sz w:val="18"/>
              </w:rPr>
              <w:t>PESEL / nr dokumentu (opcjonalnie): .....................................................................................................</w:t>
            </w:r>
          </w:p>
          <w:p>
            <w:r>
              <w:rPr>
                <w:rFonts w:ascii="Liberation Sans" w:hAnsi="Liberation Sans" w:eastAsia="Liberation Sans"/>
                <w:b w:val="0"/>
                <w:color w:val="6B7280"/>
                <w:sz w:val="17"/>
              </w:rPr>
              <w:t>dalej „Biorącym”.</w:t>
            </w:r>
          </w:p>
        </w:tc>
      </w:tr>
    </w:tbl>
    <w:p>
      <w:pPr>
        <w:spacing w:after="40"/>
      </w:pPr>
    </w:p>
    <w:p>
      <w:pPr>
        <w:pStyle w:val="ClauseHeading"/>
      </w:pPr>
      <w:r>
        <w:rPr>
          <w:rFonts w:ascii="Liberation Sans" w:hAnsi="Liberation Sans" w:eastAsia="Liberation Sans"/>
          <w:b/>
          <w:color w:val="243247"/>
          <w:sz w:val="23"/>
        </w:rPr>
        <w:t>§ 1. Przedmiot umowy</w:t>
      </w:r>
    </w:p>
    <w:p>
      <w:pPr>
        <w:ind w:left="283" w:hanging="283"/>
      </w:pPr>
      <w:r>
        <w:rPr>
          <w:rFonts w:ascii="Liberation Sans" w:hAnsi="Liberation Sans" w:eastAsia="Liberation Sans"/>
          <w:b/>
        </w:rPr>
        <w:t xml:space="preserve">1. </w:t>
      </w:r>
      <w:r>
        <w:rPr>
          <w:rFonts w:ascii="Liberation Sans" w:hAnsi="Liberation Sans" w:eastAsia="Liberation Sans"/>
          <w:b w:val="0"/>
        </w:rPr>
        <w:t>Użyczający oświadcza, że jest uprawniony do oddania do używania opisanego niżej samochodu i oddaje go Biorącemu do bezpłatnego używania.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932"/>
        <w:gridCol w:w="4932"/>
      </w:tblGrid>
      <w:tr>
        <w:trPr>
          <w:cantSplit/>
        </w:trPr>
        <w:tc>
          <w:tcPr>
            <w:tcW w:type="dxa" w:w="4932"/>
            <w:vAlign w:val="center"/>
            <w:tcMar>
              <w:top w:w="45" w:type="dxa"/>
              <w:start w:w="20" w:type="dxa"/>
              <w:bottom w:w="70" w:type="dxa"/>
              <w:end w:w="60" w:type="dxa"/>
            </w:tcMar>
          </w:tcPr>
          <w:p>
            <w:pPr>
              <w:spacing w:after="20"/>
            </w:pPr>
            <w:r>
              <w:rPr>
                <w:rFonts w:ascii="Liberation Sans" w:hAnsi="Liberation Sans" w:eastAsia="Liberation Sans"/>
                <w:b/>
                <w:color w:val="6B7280"/>
                <w:sz w:val="17"/>
              </w:rPr>
              <w:t>Marka i model</w:t>
            </w:r>
          </w:p>
          <w:p>
            <w:pPr>
              <w:spacing w:after="40"/>
            </w:pPr>
            <w:r>
              <w:rPr>
                <w:rFonts w:ascii="Liberation Sans" w:hAnsi="Liberation Sans" w:eastAsia="Liberation Sans"/>
                <w:b w:val="0"/>
                <w:sz w:val="20"/>
              </w:rPr>
              <w:t>............................................................</w:t>
            </w:r>
          </w:p>
        </w:tc>
        <w:tc>
          <w:tcPr>
            <w:tcW w:type="dxa" w:w="4932"/>
            <w:vAlign w:val="center"/>
            <w:tcMar>
              <w:top w:w="45" w:type="dxa"/>
              <w:start w:w="20" w:type="dxa"/>
              <w:bottom w:w="70" w:type="dxa"/>
              <w:end w:w="60" w:type="dxa"/>
            </w:tcMar>
          </w:tcPr>
          <w:p>
            <w:pPr>
              <w:spacing w:after="20"/>
            </w:pPr>
            <w:r>
              <w:rPr>
                <w:rFonts w:ascii="Liberation Sans" w:hAnsi="Liberation Sans" w:eastAsia="Liberation Sans"/>
                <w:b/>
                <w:color w:val="6B7280"/>
                <w:sz w:val="17"/>
              </w:rPr>
              <w:t>Rok produkcji</w:t>
            </w:r>
          </w:p>
          <w:p>
            <w:pPr>
              <w:spacing w:after="40"/>
            </w:pPr>
            <w:r>
              <w:rPr>
                <w:rFonts w:ascii="Liberation Sans" w:hAnsi="Liberation Sans" w:eastAsia="Liberation Sans"/>
                <w:b w:val="0"/>
                <w:sz w:val="20"/>
              </w:rPr>
              <w:t>............................................................</w:t>
            </w:r>
          </w:p>
        </w:tc>
      </w:tr>
      <w:tr>
        <w:trPr>
          <w:cantSplit/>
        </w:trPr>
        <w:tc>
          <w:tcPr>
            <w:tcW w:type="dxa" w:w="4932"/>
            <w:vAlign w:val="center"/>
            <w:tcMar>
              <w:top w:w="45" w:type="dxa"/>
              <w:start w:w="20" w:type="dxa"/>
              <w:bottom w:w="70" w:type="dxa"/>
              <w:end w:w="60" w:type="dxa"/>
            </w:tcMar>
          </w:tcPr>
          <w:p>
            <w:pPr>
              <w:spacing w:after="20"/>
            </w:pPr>
            <w:r>
              <w:rPr>
                <w:rFonts w:ascii="Liberation Sans" w:hAnsi="Liberation Sans" w:eastAsia="Liberation Sans"/>
                <w:b/>
                <w:color w:val="6B7280"/>
                <w:sz w:val="17"/>
              </w:rPr>
              <w:t>Numer rejestracyjny</w:t>
            </w:r>
          </w:p>
          <w:p>
            <w:pPr>
              <w:spacing w:after="40"/>
            </w:pPr>
            <w:r>
              <w:rPr>
                <w:rFonts w:ascii="Liberation Sans" w:hAnsi="Liberation Sans" w:eastAsia="Liberation Sans"/>
                <w:b w:val="0"/>
                <w:sz w:val="20"/>
              </w:rPr>
              <w:t>............................................................</w:t>
            </w:r>
          </w:p>
        </w:tc>
        <w:tc>
          <w:tcPr>
            <w:tcW w:type="dxa" w:w="4932"/>
            <w:vAlign w:val="center"/>
            <w:tcMar>
              <w:top w:w="45" w:type="dxa"/>
              <w:start w:w="20" w:type="dxa"/>
              <w:bottom w:w="70" w:type="dxa"/>
              <w:end w:w="60" w:type="dxa"/>
            </w:tcMar>
          </w:tcPr>
          <w:p>
            <w:pPr>
              <w:spacing w:after="20"/>
            </w:pPr>
            <w:r>
              <w:rPr>
                <w:rFonts w:ascii="Liberation Sans" w:hAnsi="Liberation Sans" w:eastAsia="Liberation Sans"/>
                <w:b/>
                <w:color w:val="6B7280"/>
                <w:sz w:val="17"/>
              </w:rPr>
              <w:t>Numer VIN</w:t>
            </w:r>
          </w:p>
          <w:p>
            <w:pPr>
              <w:spacing w:after="40"/>
            </w:pPr>
            <w:r>
              <w:rPr>
                <w:rFonts w:ascii="Liberation Sans" w:hAnsi="Liberation Sans" w:eastAsia="Liberation Sans"/>
                <w:b w:val="0"/>
                <w:sz w:val="20"/>
              </w:rPr>
              <w:t>............................................................</w:t>
            </w:r>
          </w:p>
        </w:tc>
      </w:tr>
      <w:tr>
        <w:trPr>
          <w:cantSplit/>
        </w:trPr>
        <w:tc>
          <w:tcPr>
            <w:tcW w:type="dxa" w:w="4932"/>
            <w:vAlign w:val="center"/>
            <w:tcMar>
              <w:top w:w="45" w:type="dxa"/>
              <w:start w:w="20" w:type="dxa"/>
              <w:bottom w:w="70" w:type="dxa"/>
              <w:end w:w="60" w:type="dxa"/>
            </w:tcMar>
          </w:tcPr>
          <w:p>
            <w:pPr>
              <w:spacing w:after="20"/>
            </w:pPr>
            <w:r>
              <w:rPr>
                <w:rFonts w:ascii="Liberation Sans" w:hAnsi="Liberation Sans" w:eastAsia="Liberation Sans"/>
                <w:b/>
                <w:color w:val="6B7280"/>
                <w:sz w:val="17"/>
              </w:rPr>
              <w:t>Przebieg przy przekazaniu</w:t>
            </w:r>
          </w:p>
          <w:p>
            <w:pPr>
              <w:spacing w:after="40"/>
            </w:pPr>
            <w:r>
              <w:rPr>
                <w:rFonts w:ascii="Liberation Sans" w:hAnsi="Liberation Sans" w:eastAsia="Liberation Sans"/>
                <w:b w:val="0"/>
                <w:sz w:val="20"/>
              </w:rPr>
              <w:t>........................................ km</w:t>
            </w:r>
          </w:p>
        </w:tc>
        <w:tc>
          <w:tcPr>
            <w:tcW w:type="dxa" w:w="4932"/>
            <w:vAlign w:val="center"/>
            <w:tcMar>
              <w:top w:w="45" w:type="dxa"/>
              <w:start w:w="20" w:type="dxa"/>
              <w:bottom w:w="70" w:type="dxa"/>
              <w:end w:w="60" w:type="dxa"/>
            </w:tcMar>
          </w:tcPr>
          <w:p>
            <w:pPr>
              <w:spacing w:after="20"/>
            </w:pPr>
            <w:r>
              <w:rPr>
                <w:rFonts w:ascii="Liberation Sans" w:hAnsi="Liberation Sans" w:eastAsia="Liberation Sans"/>
                <w:b/>
                <w:color w:val="6B7280"/>
                <w:sz w:val="17"/>
              </w:rPr>
              <w:t>Liczba przekazanych kluczyków</w:t>
            </w:r>
          </w:p>
          <w:p>
            <w:pPr>
              <w:spacing w:after="40"/>
            </w:pPr>
            <w:r>
              <w:rPr>
                <w:rFonts w:ascii="Liberation Sans" w:hAnsi="Liberation Sans" w:eastAsia="Liberation Sans"/>
                <w:b w:val="0"/>
                <w:sz w:val="20"/>
              </w:rPr>
              <w:t>............................................................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9E0E7"/>
          <w:left w:val="single" w:sz="4" w:space="0" w:color="D9E0E7"/>
          <w:bottom w:val="single" w:sz="4" w:space="0" w:color="D9E0E7"/>
          <w:right w:val="single" w:sz="4" w:space="0" w:color="D9E0E7"/>
        </w:tblBorders>
      </w:tblPr>
      <w:tblGrid>
        <w:gridCol w:w="9865"/>
      </w:tblGrid>
      <w:tr>
        <w:trPr>
          <w:cantSplit/>
        </w:trPr>
        <w:tc>
          <w:tcPr>
            <w:tcW w:type="dxa" w:w="9866"/>
            <w:tcMar>
              <w:top w:w="80" w:type="dxa"/>
              <w:start w:w="100" w:type="dxa"/>
              <w:bottom w:w="80" w:type="dxa"/>
              <w:end w:w="100" w:type="dxa"/>
            </w:tcMar>
            <w:shd w:fill="FFFFFF"/>
          </w:tcPr>
          <w:p>
            <w:pPr>
              <w:spacing w:after="40"/>
            </w:pPr>
            <w:r>
              <w:rPr>
                <w:rFonts w:ascii="Liberation Sans" w:hAnsi="Liberation Sans" w:eastAsia="Liberation Sans"/>
                <w:b/>
                <w:color w:val="6B7280"/>
                <w:sz w:val="17"/>
              </w:rPr>
              <w:t>Znane wady, widoczne uszkodzenia i uwagi o stanie samochodu</w:t>
            </w:r>
          </w:p>
          <w:p>
            <w:pPr>
              <w:spacing w:after="40"/>
            </w:pPr>
            <w:r>
              <w:rPr>
                <w:rFonts w:ascii="Liberation Sans" w:hAnsi="Liberation Sans" w:eastAsia="Liberation Sans"/>
                <w:b w:val="0"/>
                <w:color w:val="777777"/>
                <w:sz w:val="19"/>
              </w:rPr>
              <w:t>........................................................................................................................................</w:t>
            </w:r>
          </w:p>
          <w:p>
            <w:pPr>
              <w:spacing w:after="40"/>
            </w:pPr>
            <w:r>
              <w:rPr>
                <w:rFonts w:ascii="Liberation Sans" w:hAnsi="Liberation Sans" w:eastAsia="Liberation Sans"/>
                <w:b w:val="0"/>
                <w:color w:val="777777"/>
                <w:sz w:val="19"/>
              </w:rPr>
              <w:t>........................................................................................................................................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9E0E7"/>
          <w:left w:val="single" w:sz="4" w:space="0" w:color="D9E0E7"/>
          <w:bottom w:val="single" w:sz="4" w:space="0" w:color="D9E0E7"/>
          <w:right w:val="single" w:sz="4" w:space="0" w:color="D9E0E7"/>
        </w:tblBorders>
      </w:tblPr>
      <w:tblGrid>
        <w:gridCol w:w="9865"/>
      </w:tblGrid>
      <w:tr>
        <w:trPr>
          <w:cantSplit/>
        </w:trPr>
        <w:tc>
          <w:tcPr>
            <w:tcW w:type="dxa" w:w="9866"/>
            <w:tcMar>
              <w:top w:w="80" w:type="dxa"/>
              <w:start w:w="100" w:type="dxa"/>
              <w:bottom w:w="80" w:type="dxa"/>
              <w:end w:w="100" w:type="dxa"/>
            </w:tcMar>
            <w:shd w:fill="FFFFFF"/>
          </w:tcPr>
          <w:p>
            <w:pPr>
              <w:spacing w:after="40"/>
            </w:pPr>
            <w:r>
              <w:rPr>
                <w:rFonts w:ascii="Liberation Sans" w:hAnsi="Liberation Sans" w:eastAsia="Liberation Sans"/>
                <w:b/>
                <w:color w:val="6B7280"/>
                <w:sz w:val="17"/>
              </w:rPr>
              <w:t>Przekazane dokumenty i wyposażenie</w:t>
            </w:r>
          </w:p>
          <w:p>
            <w:r>
              <w:rPr>
                <w:rFonts w:ascii="Liberation Sans" w:hAnsi="Liberation Sans" w:eastAsia="Liberation Sans"/>
                <w:b w:val="0"/>
                <w:i/>
                <w:color w:val="6B7280"/>
                <w:sz w:val="16"/>
              </w:rPr>
              <w:t>np. dowód rejestracyjny, kluczyki, wyposażenie dodatkowe</w:t>
            </w:r>
          </w:p>
          <w:p>
            <w:pPr>
              <w:spacing w:after="40"/>
            </w:pPr>
            <w:r>
              <w:rPr>
                <w:rFonts w:ascii="Liberation Sans" w:hAnsi="Liberation Sans" w:eastAsia="Liberation Sans"/>
                <w:b w:val="0"/>
                <w:color w:val="777777"/>
                <w:sz w:val="19"/>
              </w:rPr>
              <w:t>........................................................................................................................................</w:t>
            </w:r>
          </w:p>
        </w:tc>
      </w:tr>
    </w:tbl>
    <w:p>
      <w:pPr>
        <w:pStyle w:val="ClauseHeading"/>
      </w:pPr>
      <w:r>
        <w:rPr>
          <w:rFonts w:ascii="Liberation Sans" w:hAnsi="Liberation Sans" w:eastAsia="Liberation Sans"/>
          <w:b/>
          <w:color w:val="243247"/>
          <w:sz w:val="23"/>
        </w:rPr>
        <w:t>§ 2. Czas użyczenia</w:t>
      </w:r>
    </w:p>
    <w:p>
      <w:r>
        <w:rPr>
          <w:rFonts w:ascii="Liberation Sans" w:hAnsi="Liberation Sans" w:eastAsia="Liberation Sans"/>
          <w:b/>
        </w:rPr>
        <w:t>Samochód zostaje oddany do używania:</w:t>
      </w:r>
    </w:p>
    <w:p>
      <w:pPr>
        <w:ind w:left="283"/>
      </w:pPr>
      <w:r>
        <w:rPr>
          <w:rFonts w:ascii="Liberation Sans" w:hAnsi="Liberation Sans" w:eastAsia="Liberation Sans"/>
          <w:b w:val="0"/>
        </w:rPr>
        <w:t>☐ na czas oznaczony: od ........................................ do ........................................</w:t>
      </w:r>
    </w:p>
    <w:p>
      <w:pPr>
        <w:ind w:left="283"/>
      </w:pPr>
      <w:r>
        <w:rPr>
          <w:rFonts w:ascii="Liberation Sans" w:hAnsi="Liberation Sans" w:eastAsia="Liberation Sans"/>
          <w:b w:val="0"/>
        </w:rPr>
        <w:t>☐ na czas nieoznaczony, od dnia ........................................</w:t>
      </w:r>
    </w:p>
    <w:p>
      <w:pPr>
        <w:pStyle w:val="SmallNote"/>
        <w:ind w:left="283"/>
      </w:pPr>
      <w:r>
        <w:rPr>
          <w:rFonts w:ascii="Liberation Sans" w:hAnsi="Liberation Sans" w:eastAsia="Liberation Sans"/>
          <w:b w:val="0"/>
          <w:i/>
          <w:color w:val="6B7280"/>
          <w:sz w:val="16"/>
        </w:rPr>
        <w:t>Zaznacz właściwy wariant.</w:t>
      </w:r>
    </w:p>
    <w:p>
      <w:pPr>
        <w:pStyle w:val="ClauseHeading"/>
        <w:pageBreakBefore/>
      </w:pPr>
      <w:r>
        <w:rPr>
          <w:rFonts w:ascii="Liberation Sans" w:hAnsi="Liberation Sans" w:eastAsia="Liberation Sans"/>
          <w:b/>
          <w:color w:val="243247"/>
          <w:sz w:val="23"/>
        </w:rPr>
        <w:t>§ 3. Zasady korzystania z samochodu</w:t>
      </w:r>
    </w:p>
    <w:p>
      <w:pPr>
        <w:ind w:left="283" w:hanging="283"/>
      </w:pPr>
      <w:r>
        <w:rPr>
          <w:rFonts w:ascii="Liberation Sans" w:hAnsi="Liberation Sans" w:eastAsia="Liberation Sans"/>
          <w:b/>
        </w:rPr>
        <w:t xml:space="preserve">1. </w:t>
      </w:r>
      <w:r>
        <w:rPr>
          <w:rFonts w:ascii="Liberation Sans" w:hAnsi="Liberation Sans" w:eastAsia="Liberation Sans"/>
          <w:b w:val="0"/>
        </w:rPr>
        <w:t>Biorący będzie korzystać z samochodu zgodnie z jego przeznaczeniem oraz ustaleniami zapisanymi w tej umowie.</w:t>
      </w:r>
    </w:p>
    <w:p>
      <w:pPr>
        <w:ind w:left="283" w:hanging="283"/>
      </w:pPr>
      <w:r>
        <w:rPr>
          <w:rFonts w:ascii="Liberation Sans" w:hAnsi="Liberation Sans" w:eastAsia="Liberation Sans"/>
          <w:b/>
        </w:rPr>
        <w:t xml:space="preserve">2. </w:t>
      </w:r>
      <w:r>
        <w:rPr>
          <w:rFonts w:ascii="Liberation Sans" w:hAnsi="Liberation Sans" w:eastAsia="Liberation Sans"/>
          <w:b w:val="0"/>
        </w:rPr>
        <w:t>Bez zgody Użyczającego Biorący nie może oddać samochodu innej osobie do używania.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9E0E7"/>
          <w:left w:val="single" w:sz="4" w:space="0" w:color="D9E0E7"/>
          <w:bottom w:val="single" w:sz="4" w:space="0" w:color="D9E0E7"/>
          <w:right w:val="single" w:sz="4" w:space="0" w:color="D9E0E7"/>
        </w:tblBorders>
      </w:tblPr>
      <w:tblGrid>
        <w:gridCol w:w="9865"/>
      </w:tblGrid>
      <w:tr>
        <w:trPr>
          <w:cantSplit/>
        </w:trPr>
        <w:tc>
          <w:tcPr>
            <w:tcW w:type="dxa" w:w="9866"/>
            <w:tcMar>
              <w:top w:w="80" w:type="dxa"/>
              <w:start w:w="100" w:type="dxa"/>
              <w:bottom w:w="80" w:type="dxa"/>
              <w:end w:w="100" w:type="dxa"/>
            </w:tcMar>
            <w:shd w:fill="FFFFFF"/>
          </w:tcPr>
          <w:p>
            <w:pPr>
              <w:spacing w:after="40"/>
            </w:pPr>
            <w:r>
              <w:rPr>
                <w:rFonts w:ascii="Liberation Sans" w:hAnsi="Liberation Sans" w:eastAsia="Liberation Sans"/>
                <w:b/>
                <w:color w:val="6B7280"/>
                <w:sz w:val="17"/>
              </w:rPr>
              <w:t>Osoby dodatkowo upoważnione do korzystania z samochodu (jeżeli dotyczy)</w:t>
            </w:r>
          </w:p>
          <w:p>
            <w:pPr>
              <w:spacing w:after="40"/>
            </w:pPr>
            <w:r>
              <w:rPr>
                <w:rFonts w:ascii="Liberation Sans" w:hAnsi="Liberation Sans" w:eastAsia="Liberation Sans"/>
                <w:b w:val="0"/>
                <w:color w:val="777777"/>
                <w:sz w:val="19"/>
              </w:rPr>
              <w:t>........................................................................................................................................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9E0E7"/>
          <w:left w:val="single" w:sz="4" w:space="0" w:color="D9E0E7"/>
          <w:bottom w:val="single" w:sz="4" w:space="0" w:color="D9E0E7"/>
          <w:right w:val="single" w:sz="4" w:space="0" w:color="D9E0E7"/>
        </w:tblBorders>
      </w:tblPr>
      <w:tblGrid>
        <w:gridCol w:w="9865"/>
      </w:tblGrid>
      <w:tr>
        <w:trPr>
          <w:cantSplit/>
        </w:trPr>
        <w:tc>
          <w:tcPr>
            <w:tcW w:type="dxa" w:w="9866"/>
            <w:tcMar>
              <w:top w:w="80" w:type="dxa"/>
              <w:start w:w="100" w:type="dxa"/>
              <w:bottom w:w="80" w:type="dxa"/>
              <w:end w:w="100" w:type="dxa"/>
            </w:tcMar>
            <w:shd w:fill="FFFFFF"/>
          </w:tcPr>
          <w:p>
            <w:pPr>
              <w:spacing w:after="40"/>
            </w:pPr>
            <w:r>
              <w:rPr>
                <w:rFonts w:ascii="Liberation Sans" w:hAnsi="Liberation Sans" w:eastAsia="Liberation Sans"/>
                <w:b/>
                <w:color w:val="6B7280"/>
                <w:sz w:val="17"/>
              </w:rPr>
              <w:t>Dodatkowe zasady korzystania z samochodu</w:t>
            </w:r>
          </w:p>
          <w:p>
            <w:r>
              <w:rPr>
                <w:rFonts w:ascii="Liberation Sans" w:hAnsi="Liberation Sans" w:eastAsia="Liberation Sans"/>
                <w:b w:val="0"/>
                <w:i/>
                <w:color w:val="6B7280"/>
                <w:sz w:val="16"/>
              </w:rPr>
              <w:t>np. ograniczenia terytorialne, przeznaczenie auta, limit przebiegu</w:t>
            </w:r>
          </w:p>
          <w:p>
            <w:pPr>
              <w:spacing w:after="40"/>
            </w:pPr>
            <w:r>
              <w:rPr>
                <w:rFonts w:ascii="Liberation Sans" w:hAnsi="Liberation Sans" w:eastAsia="Liberation Sans"/>
                <w:b w:val="0"/>
                <w:color w:val="777777"/>
                <w:sz w:val="19"/>
              </w:rPr>
              <w:t>........................................................................................................................................</w:t>
            </w:r>
          </w:p>
          <w:p>
            <w:pPr>
              <w:spacing w:after="40"/>
            </w:pPr>
            <w:r>
              <w:rPr>
                <w:rFonts w:ascii="Liberation Sans" w:hAnsi="Liberation Sans" w:eastAsia="Liberation Sans"/>
                <w:b w:val="0"/>
                <w:color w:val="777777"/>
                <w:sz w:val="19"/>
              </w:rPr>
              <w:t>........................................................................................................................................</w:t>
            </w:r>
          </w:p>
        </w:tc>
      </w:tr>
    </w:tbl>
    <w:p>
      <w:pPr>
        <w:pStyle w:val="ClauseHeading"/>
      </w:pPr>
      <w:r>
        <w:rPr>
          <w:rFonts w:ascii="Liberation Sans" w:hAnsi="Liberation Sans" w:eastAsia="Liberation Sans"/>
          <w:b/>
          <w:color w:val="243247"/>
          <w:sz w:val="23"/>
        </w:rPr>
        <w:t>§ 4. Koszty</w:t>
      </w:r>
    </w:p>
    <w:p>
      <w:pPr>
        <w:ind w:left="283" w:hanging="283"/>
      </w:pPr>
      <w:r>
        <w:rPr>
          <w:rFonts w:ascii="Liberation Sans" w:hAnsi="Liberation Sans" w:eastAsia="Liberation Sans"/>
          <w:b/>
        </w:rPr>
        <w:t xml:space="preserve">1. </w:t>
      </w:r>
      <w:r>
        <w:rPr>
          <w:rFonts w:ascii="Liberation Sans" w:hAnsi="Liberation Sans" w:eastAsia="Liberation Sans"/>
          <w:b w:val="0"/>
        </w:rPr>
        <w:t>Biorący ponosi zwykłe koszty utrzymania samochodu w okresie użyczenia.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9E0E7"/>
          <w:left w:val="single" w:sz="4" w:space="0" w:color="D9E0E7"/>
          <w:bottom w:val="single" w:sz="4" w:space="0" w:color="D9E0E7"/>
          <w:right w:val="single" w:sz="4" w:space="0" w:color="D9E0E7"/>
        </w:tblBorders>
      </w:tblPr>
      <w:tblGrid>
        <w:gridCol w:w="9865"/>
      </w:tblGrid>
      <w:tr>
        <w:trPr>
          <w:cantSplit/>
        </w:trPr>
        <w:tc>
          <w:tcPr>
            <w:tcW w:type="dxa" w:w="9866"/>
            <w:tcMar>
              <w:top w:w="80" w:type="dxa"/>
              <w:start w:w="100" w:type="dxa"/>
              <w:bottom w:w="80" w:type="dxa"/>
              <w:end w:w="100" w:type="dxa"/>
            </w:tcMar>
            <w:shd w:fill="FFFFFF"/>
          </w:tcPr>
          <w:p>
            <w:pPr>
              <w:spacing w:after="40"/>
            </w:pPr>
            <w:r>
              <w:rPr>
                <w:rFonts w:ascii="Liberation Sans" w:hAnsi="Liberation Sans" w:eastAsia="Liberation Sans"/>
                <w:b/>
                <w:color w:val="6B7280"/>
                <w:sz w:val="17"/>
              </w:rPr>
              <w:t>Dodatkowe ustalenia dotyczące kosztów i wydatków</w:t>
            </w:r>
          </w:p>
          <w:p>
            <w:pPr>
              <w:spacing w:after="40"/>
            </w:pPr>
            <w:r>
              <w:rPr>
                <w:rFonts w:ascii="Liberation Sans" w:hAnsi="Liberation Sans" w:eastAsia="Liberation Sans"/>
                <w:b w:val="0"/>
                <w:color w:val="777777"/>
                <w:sz w:val="19"/>
              </w:rPr>
              <w:t>........................................................................................................................................</w:t>
            </w:r>
          </w:p>
          <w:p>
            <w:pPr>
              <w:spacing w:after="40"/>
            </w:pPr>
            <w:r>
              <w:rPr>
                <w:rFonts w:ascii="Liberation Sans" w:hAnsi="Liberation Sans" w:eastAsia="Liberation Sans"/>
                <w:b w:val="0"/>
                <w:color w:val="777777"/>
                <w:sz w:val="19"/>
              </w:rPr>
              <w:t>........................................................................................................................................</w:t>
            </w:r>
          </w:p>
        </w:tc>
      </w:tr>
    </w:tbl>
    <w:p>
      <w:pPr>
        <w:pStyle w:val="ClauseHeading"/>
      </w:pPr>
      <w:r>
        <w:rPr>
          <w:rFonts w:ascii="Liberation Sans" w:hAnsi="Liberation Sans" w:eastAsia="Liberation Sans"/>
          <w:b/>
          <w:color w:val="243247"/>
          <w:sz w:val="23"/>
        </w:rPr>
        <w:t>§ 5. Uszkodzenie lub utrata samochodu</w:t>
      </w:r>
    </w:p>
    <w:p>
      <w:pPr>
        <w:ind w:left="283" w:hanging="283"/>
      </w:pPr>
      <w:r>
        <w:rPr>
          <w:rFonts w:ascii="Liberation Sans" w:hAnsi="Liberation Sans" w:eastAsia="Liberation Sans"/>
          <w:b/>
        </w:rPr>
        <w:t xml:space="preserve">1. </w:t>
      </w:r>
      <w:r>
        <w:rPr>
          <w:rFonts w:ascii="Liberation Sans" w:hAnsi="Liberation Sans" w:eastAsia="Liberation Sans"/>
          <w:b w:val="0"/>
        </w:rPr>
        <w:t>Biorący niezwłocznie poinformuje Użyczającego o wypadku, kolizji, kradzieży, uszkodzeniu samochodu lub innym zdarzeniu, które może mieć wpływ na jego stan lub dalsze używanie.</w:t>
      </w:r>
    </w:p>
    <w:p>
      <w:pPr>
        <w:ind w:left="283" w:hanging="283"/>
      </w:pPr>
      <w:r>
        <w:rPr>
          <w:rFonts w:ascii="Liberation Sans" w:hAnsi="Liberation Sans" w:eastAsia="Liberation Sans"/>
          <w:b/>
        </w:rPr>
        <w:t xml:space="preserve">2. </w:t>
      </w:r>
      <w:r>
        <w:rPr>
          <w:rFonts w:ascii="Liberation Sans" w:hAnsi="Liberation Sans" w:eastAsia="Liberation Sans"/>
          <w:b w:val="0"/>
        </w:rPr>
        <w:t>Odpowiedzialność za utratę lub uszkodzenie samochodu określają przepisy Kodeksu cywilnego, w szczególności art. 714 i 718.</w:t>
      </w:r>
    </w:p>
    <w:p>
      <w:pPr>
        <w:ind w:left="283" w:hanging="283"/>
      </w:pPr>
      <w:r>
        <w:rPr>
          <w:rFonts w:ascii="Liberation Sans" w:hAnsi="Liberation Sans" w:eastAsia="Liberation Sans"/>
          <w:b/>
        </w:rPr>
        <w:t xml:space="preserve">3. </w:t>
      </w:r>
      <w:r>
        <w:rPr>
          <w:rFonts w:ascii="Liberation Sans" w:hAnsi="Liberation Sans" w:eastAsia="Liberation Sans"/>
          <w:b w:val="0"/>
        </w:rPr>
        <w:t>Biorący nie ponosi odpowiedzialności za zużycie samochodu będące następstwem prawidłowego używania.</w:t>
      </w:r>
    </w:p>
    <w:p>
      <w:pPr>
        <w:pStyle w:val="ClauseHeading"/>
      </w:pPr>
      <w:r>
        <w:rPr>
          <w:rFonts w:ascii="Liberation Sans" w:hAnsi="Liberation Sans" w:eastAsia="Liberation Sans"/>
          <w:b/>
          <w:color w:val="243247"/>
          <w:sz w:val="23"/>
        </w:rPr>
        <w:t>§ 6. Zwrot samochodu</w:t>
      </w:r>
    </w:p>
    <w:p>
      <w:pPr>
        <w:ind w:left="283" w:hanging="283"/>
      </w:pPr>
      <w:r>
        <w:rPr>
          <w:rFonts w:ascii="Liberation Sans" w:hAnsi="Liberation Sans" w:eastAsia="Liberation Sans"/>
          <w:b/>
        </w:rPr>
        <w:t xml:space="preserve">1. </w:t>
      </w:r>
      <w:r>
        <w:rPr>
          <w:rFonts w:ascii="Liberation Sans" w:hAnsi="Liberation Sans" w:eastAsia="Liberation Sans"/>
          <w:b w:val="0"/>
        </w:rPr>
        <w:t>Po zakończeniu użyczenia Biorący zwróci samochód Użyczającemu w stanie niepogorszonym, z uwzględnieniem zużycia będącego następstwem prawidłowego używania.</w:t>
      </w:r>
    </w:p>
    <w:p>
      <w:pPr>
        <w:ind w:left="283" w:hanging="283"/>
      </w:pPr>
      <w:r>
        <w:rPr>
          <w:rFonts w:ascii="Liberation Sans" w:hAnsi="Liberation Sans" w:eastAsia="Liberation Sans"/>
          <w:b/>
        </w:rPr>
        <w:t xml:space="preserve">2. </w:t>
      </w:r>
      <w:r>
        <w:rPr>
          <w:rFonts w:ascii="Liberation Sans" w:hAnsi="Liberation Sans" w:eastAsia="Liberation Sans"/>
          <w:b w:val="0"/>
        </w:rPr>
        <w:t>Użyczający może żądać wcześniejszego zwrotu samochodu w przypadkach określonych w art. 716 Kodeksu cywilnego.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9E0E7"/>
          <w:left w:val="single" w:sz="4" w:space="0" w:color="D9E0E7"/>
          <w:bottom w:val="single" w:sz="4" w:space="0" w:color="D9E0E7"/>
          <w:right w:val="single" w:sz="4" w:space="0" w:color="D9E0E7"/>
        </w:tblBorders>
      </w:tblPr>
      <w:tblGrid>
        <w:gridCol w:w="9865"/>
      </w:tblGrid>
      <w:tr>
        <w:trPr>
          <w:cantSplit/>
        </w:trPr>
        <w:tc>
          <w:tcPr>
            <w:tcW w:type="dxa" w:w="9866"/>
            <w:tcMar>
              <w:top w:w="80" w:type="dxa"/>
              <w:start w:w="100" w:type="dxa"/>
              <w:bottom w:w="80" w:type="dxa"/>
              <w:end w:w="100" w:type="dxa"/>
            </w:tcMar>
            <w:shd w:fill="FFFFFF"/>
          </w:tcPr>
          <w:p>
            <w:pPr>
              <w:spacing w:after="40"/>
            </w:pPr>
            <w:r>
              <w:rPr>
                <w:rFonts w:ascii="Liberation Sans" w:hAnsi="Liberation Sans" w:eastAsia="Liberation Sans"/>
                <w:b/>
                <w:color w:val="6B7280"/>
                <w:sz w:val="17"/>
              </w:rPr>
              <w:t>Miejsce zwrotu i dodatkowe ustalenia dotyczące zwrotu</w:t>
            </w:r>
          </w:p>
          <w:p>
            <w:pPr>
              <w:spacing w:after="40"/>
            </w:pPr>
            <w:r>
              <w:rPr>
                <w:rFonts w:ascii="Liberation Sans" w:hAnsi="Liberation Sans" w:eastAsia="Liberation Sans"/>
                <w:b w:val="0"/>
                <w:color w:val="777777"/>
                <w:sz w:val="19"/>
              </w:rPr>
              <w:t>........................................................................................................................................</w:t>
            </w:r>
          </w:p>
        </w:tc>
      </w:tr>
    </w:tbl>
    <w:p>
      <w:pPr>
        <w:pStyle w:val="ClauseHeading"/>
      </w:pPr>
      <w:r>
        <w:rPr>
          <w:rFonts w:ascii="Liberation Sans" w:hAnsi="Liberation Sans" w:eastAsia="Liberation Sans"/>
          <w:b/>
          <w:color w:val="243247"/>
          <w:sz w:val="23"/>
        </w:rPr>
        <w:t>§ 7. Dodatkowe ustalenia i postanowienia końcowe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9E0E7"/>
          <w:left w:val="single" w:sz="4" w:space="0" w:color="D9E0E7"/>
          <w:bottom w:val="single" w:sz="4" w:space="0" w:color="D9E0E7"/>
          <w:right w:val="single" w:sz="4" w:space="0" w:color="D9E0E7"/>
        </w:tblBorders>
      </w:tblPr>
      <w:tblGrid>
        <w:gridCol w:w="9865"/>
      </w:tblGrid>
      <w:tr>
        <w:trPr>
          <w:cantSplit/>
        </w:trPr>
        <w:tc>
          <w:tcPr>
            <w:tcW w:type="dxa" w:w="9866"/>
            <w:tcMar>
              <w:top w:w="80" w:type="dxa"/>
              <w:start w:w="100" w:type="dxa"/>
              <w:bottom w:w="80" w:type="dxa"/>
              <w:end w:w="100" w:type="dxa"/>
            </w:tcMar>
            <w:shd w:fill="FFFFFF"/>
          </w:tcPr>
          <w:p>
            <w:pPr>
              <w:spacing w:after="40"/>
            </w:pPr>
            <w:r>
              <w:rPr>
                <w:rFonts w:ascii="Liberation Sans" w:hAnsi="Liberation Sans" w:eastAsia="Liberation Sans"/>
                <w:b/>
                <w:color w:val="6B7280"/>
                <w:sz w:val="17"/>
              </w:rPr>
              <w:t>Dodatkowe ustalenia</w:t>
            </w:r>
          </w:p>
          <w:p>
            <w:pPr>
              <w:spacing w:after="40"/>
            </w:pPr>
            <w:r>
              <w:rPr>
                <w:rFonts w:ascii="Liberation Sans" w:hAnsi="Liberation Sans" w:eastAsia="Liberation Sans"/>
                <w:b w:val="0"/>
                <w:color w:val="777777"/>
                <w:sz w:val="19"/>
              </w:rPr>
              <w:t>........................................................................................................................................</w:t>
            </w:r>
          </w:p>
          <w:p>
            <w:pPr>
              <w:spacing w:after="40"/>
            </w:pPr>
            <w:r>
              <w:rPr>
                <w:rFonts w:ascii="Liberation Sans" w:hAnsi="Liberation Sans" w:eastAsia="Liberation Sans"/>
                <w:b w:val="0"/>
                <w:color w:val="777777"/>
                <w:sz w:val="19"/>
              </w:rPr>
              <w:t>........................................................................................................................................</w:t>
            </w:r>
          </w:p>
        </w:tc>
      </w:tr>
    </w:tbl>
    <w:p>
      <w:pPr>
        <w:ind w:left="283" w:hanging="283"/>
      </w:pPr>
      <w:r>
        <w:rPr>
          <w:rFonts w:ascii="Liberation Sans" w:hAnsi="Liberation Sans" w:eastAsia="Liberation Sans"/>
          <w:b/>
        </w:rPr>
        <w:t xml:space="preserve">1. </w:t>
      </w:r>
      <w:r>
        <w:rPr>
          <w:rFonts w:ascii="Liberation Sans" w:hAnsi="Liberation Sans" w:eastAsia="Liberation Sans"/>
          <w:b w:val="0"/>
        </w:rPr>
        <w:t>W sprawach nieuregulowanych w umowie zastosowanie mają przepisy Kodeksu cywilnego, w szczególności art. 710–719.</w:t>
      </w:r>
    </w:p>
    <w:p>
      <w:pPr>
        <w:ind w:left="283" w:hanging="283"/>
      </w:pPr>
      <w:r>
        <w:rPr>
          <w:rFonts w:ascii="Liberation Sans" w:hAnsi="Liberation Sans" w:eastAsia="Liberation Sans"/>
          <w:b/>
        </w:rPr>
        <w:t xml:space="preserve">2. </w:t>
      </w:r>
      <w:r>
        <w:rPr>
          <w:rFonts w:ascii="Liberation Sans" w:hAnsi="Liberation Sans" w:eastAsia="Liberation Sans"/>
          <w:b w:val="0"/>
        </w:rPr>
        <w:t>Umowę sporządzono w dwóch jednobrzmiących egzemplarzach, po jednym dla każdej ze stron.</w:t>
      </w:r>
    </w:p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933"/>
        <w:gridCol w:w="4933"/>
      </w:tblGrid>
      <w:tr>
        <w:trPr>
          <w:cantSplit/>
        </w:trPr>
        <w:tc>
          <w:tcPr>
            <w:tcW w:type="dxa" w:w="4933"/>
            <w:tcMar>
              <w:top w:w="18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Liberation Sans" w:hAnsi="Liberation Sans" w:eastAsia="Liberation Sans"/>
                <w:b w:val="0"/>
                <w:sz w:val="20"/>
              </w:rPr>
              <w:t>........................................................</w:t>
            </w:r>
          </w:p>
          <w:p>
            <w:pPr>
              <w:jc w:val="center"/>
            </w:pPr>
            <w:r>
              <w:rPr>
                <w:rFonts w:ascii="Liberation Sans" w:hAnsi="Liberation Sans" w:eastAsia="Liberation Sans"/>
                <w:b w:val="0"/>
                <w:color w:val="6B7280"/>
                <w:sz w:val="17"/>
              </w:rPr>
              <w:t>Użyczający</w:t>
            </w:r>
          </w:p>
        </w:tc>
        <w:tc>
          <w:tcPr>
            <w:tcW w:type="dxa" w:w="4933"/>
            <w:tcMar>
              <w:top w:w="18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Liberation Sans" w:hAnsi="Liberation Sans" w:eastAsia="Liberation Sans"/>
                <w:b w:val="0"/>
                <w:sz w:val="20"/>
              </w:rPr>
              <w:t>........................................................</w:t>
            </w:r>
          </w:p>
          <w:p>
            <w:pPr>
              <w:jc w:val="center"/>
            </w:pPr>
            <w:r>
              <w:rPr>
                <w:rFonts w:ascii="Liberation Sans" w:hAnsi="Liberation Sans" w:eastAsia="Liberation Sans"/>
                <w:b w:val="0"/>
                <w:color w:val="6B7280"/>
                <w:sz w:val="17"/>
              </w:rPr>
              <w:t>Biorący do używania</w:t>
            </w:r>
          </w:p>
        </w:tc>
      </w:tr>
    </w:tbl>
    <w:p>
      <w:r>
        <w:br w:type="page"/>
      </w:r>
    </w:p>
    <w:p>
      <w:pPr>
        <w:pStyle w:val="FormTitle"/>
        <w:jc w:val="center"/>
      </w:pPr>
      <w:r>
        <w:rPr>
          <w:rFonts w:ascii="Liberation Sans" w:hAnsi="Liberation Sans" w:eastAsia="Liberation Sans"/>
          <w:b/>
          <w:color w:val="243247"/>
          <w:sz w:val="32"/>
        </w:rPr>
        <w:t>POTWIERDZENIE ZWROTU SAMOCHODU</w:t>
      </w:r>
    </w:p>
    <w:p>
      <w:pPr>
        <w:pStyle w:val="FormSubtitle"/>
        <w:jc w:val="center"/>
      </w:pPr>
      <w:r>
        <w:rPr>
          <w:rFonts w:ascii="Liberation Sans" w:hAnsi="Liberation Sans" w:eastAsia="Liberation Sans"/>
          <w:b w:val="0"/>
          <w:i/>
          <w:color w:val="6B7280"/>
          <w:sz w:val="17"/>
        </w:rPr>
        <w:t>Opcjonalna część do uzupełnienia przy zakończeniu użyczenia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932"/>
        <w:gridCol w:w="4932"/>
      </w:tblGrid>
      <w:tr>
        <w:trPr>
          <w:cantSplit/>
        </w:trPr>
        <w:tc>
          <w:tcPr>
            <w:tcW w:type="dxa" w:w="4932"/>
            <w:vAlign w:val="center"/>
            <w:tcMar>
              <w:top w:w="45" w:type="dxa"/>
              <w:start w:w="20" w:type="dxa"/>
              <w:bottom w:w="70" w:type="dxa"/>
              <w:end w:w="60" w:type="dxa"/>
            </w:tcMar>
          </w:tcPr>
          <w:p>
            <w:pPr>
              <w:spacing w:after="20"/>
            </w:pPr>
            <w:r>
              <w:rPr>
                <w:rFonts w:ascii="Liberation Sans" w:hAnsi="Liberation Sans" w:eastAsia="Liberation Sans"/>
                <w:b/>
                <w:color w:val="6B7280"/>
                <w:sz w:val="17"/>
              </w:rPr>
              <w:t>Data i godzina zwrotu</w:t>
            </w:r>
          </w:p>
          <w:p>
            <w:pPr>
              <w:spacing w:after="40"/>
            </w:pPr>
            <w:r>
              <w:rPr>
                <w:rFonts w:ascii="Liberation Sans" w:hAnsi="Liberation Sans" w:eastAsia="Liberation Sans"/>
                <w:b w:val="0"/>
                <w:sz w:val="20"/>
              </w:rPr>
              <w:t>............................................................</w:t>
            </w:r>
          </w:p>
        </w:tc>
        <w:tc>
          <w:tcPr>
            <w:tcW w:type="dxa" w:w="4932"/>
            <w:vAlign w:val="center"/>
            <w:tcMar>
              <w:top w:w="45" w:type="dxa"/>
              <w:start w:w="20" w:type="dxa"/>
              <w:bottom w:w="70" w:type="dxa"/>
              <w:end w:w="60" w:type="dxa"/>
            </w:tcMar>
          </w:tcPr>
          <w:p>
            <w:pPr>
              <w:spacing w:after="20"/>
            </w:pPr>
            <w:r>
              <w:rPr>
                <w:rFonts w:ascii="Liberation Sans" w:hAnsi="Liberation Sans" w:eastAsia="Liberation Sans"/>
                <w:b/>
                <w:color w:val="6B7280"/>
                <w:sz w:val="17"/>
              </w:rPr>
              <w:t>Przebieg przy zwrocie</w:t>
            </w:r>
          </w:p>
          <w:p>
            <w:pPr>
              <w:spacing w:after="40"/>
            </w:pPr>
            <w:r>
              <w:rPr>
                <w:rFonts w:ascii="Liberation Sans" w:hAnsi="Liberation Sans" w:eastAsia="Liberation Sans"/>
                <w:b w:val="0"/>
                <w:sz w:val="20"/>
              </w:rPr>
              <w:t>........................................ km</w:t>
            </w:r>
          </w:p>
        </w:tc>
      </w:tr>
      <w:tr>
        <w:trPr>
          <w:cantSplit/>
        </w:trPr>
        <w:tc>
          <w:tcPr>
            <w:tcW w:type="dxa" w:w="4932"/>
            <w:vAlign w:val="center"/>
            <w:tcMar>
              <w:top w:w="45" w:type="dxa"/>
              <w:start w:w="20" w:type="dxa"/>
              <w:bottom w:w="70" w:type="dxa"/>
              <w:end w:w="60" w:type="dxa"/>
            </w:tcMar>
          </w:tcPr>
          <w:p>
            <w:pPr>
              <w:spacing w:after="20"/>
            </w:pPr>
            <w:r>
              <w:rPr>
                <w:rFonts w:ascii="Liberation Sans" w:hAnsi="Liberation Sans" w:eastAsia="Liberation Sans"/>
                <w:b/>
                <w:color w:val="6B7280"/>
                <w:sz w:val="17"/>
              </w:rPr>
              <w:t>Liczba zwróconych kluczyków</w:t>
            </w:r>
          </w:p>
          <w:p>
            <w:pPr>
              <w:spacing w:after="40"/>
            </w:pPr>
            <w:r>
              <w:rPr>
                <w:rFonts w:ascii="Liberation Sans" w:hAnsi="Liberation Sans" w:eastAsia="Liberation Sans"/>
                <w:b w:val="0"/>
                <w:sz w:val="20"/>
              </w:rPr>
              <w:t>............................................................</w:t>
            </w:r>
          </w:p>
        </w:tc>
        <w:tc>
          <w:tcPr>
            <w:tcW w:type="dxa" w:w="4932"/>
            <w:vAlign w:val="center"/>
            <w:tcMar>
              <w:top w:w="45" w:type="dxa"/>
              <w:start w:w="20" w:type="dxa"/>
              <w:bottom w:w="70" w:type="dxa"/>
              <w:end w:w="60" w:type="dxa"/>
            </w:tcMar>
          </w:tcPr>
          <w:p>
            <w:pPr>
              <w:spacing w:after="20"/>
            </w:pPr>
            <w:r>
              <w:rPr>
                <w:rFonts w:ascii="Liberation Sans" w:hAnsi="Liberation Sans" w:eastAsia="Liberation Sans"/>
                <w:b/>
                <w:color w:val="6B7280"/>
                <w:sz w:val="17"/>
              </w:rPr>
              <w:t>Miejsce zwrotu</w:t>
            </w:r>
          </w:p>
          <w:p>
            <w:pPr>
              <w:spacing w:after="40"/>
            </w:pPr>
            <w:r>
              <w:rPr>
                <w:rFonts w:ascii="Liberation Sans" w:hAnsi="Liberation Sans" w:eastAsia="Liberation Sans"/>
                <w:b w:val="0"/>
                <w:sz w:val="20"/>
              </w:rPr>
              <w:t>............................................................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9E0E7"/>
          <w:left w:val="single" w:sz="4" w:space="0" w:color="D9E0E7"/>
          <w:bottom w:val="single" w:sz="4" w:space="0" w:color="D9E0E7"/>
          <w:right w:val="single" w:sz="4" w:space="0" w:color="D9E0E7"/>
        </w:tblBorders>
      </w:tblPr>
      <w:tblGrid>
        <w:gridCol w:w="9865"/>
      </w:tblGrid>
      <w:tr>
        <w:trPr>
          <w:cantSplit/>
        </w:trPr>
        <w:tc>
          <w:tcPr>
            <w:tcW w:type="dxa" w:w="9866"/>
            <w:tcMar>
              <w:top w:w="80" w:type="dxa"/>
              <w:start w:w="100" w:type="dxa"/>
              <w:bottom w:w="80" w:type="dxa"/>
              <w:end w:w="100" w:type="dxa"/>
            </w:tcMar>
            <w:shd w:fill="FFFFFF"/>
          </w:tcPr>
          <w:p>
            <w:pPr>
              <w:spacing w:after="40"/>
            </w:pPr>
            <w:r>
              <w:rPr>
                <w:rFonts w:ascii="Liberation Sans" w:hAnsi="Liberation Sans" w:eastAsia="Liberation Sans"/>
                <w:b/>
                <w:color w:val="6B7280"/>
                <w:sz w:val="17"/>
              </w:rPr>
              <w:t>Stan samochodu przy zwrocie i zauważone uszkodzenia</w:t>
            </w:r>
          </w:p>
          <w:p>
            <w:pPr>
              <w:spacing w:after="40"/>
            </w:pPr>
            <w:r>
              <w:rPr>
                <w:rFonts w:ascii="Liberation Sans" w:hAnsi="Liberation Sans" w:eastAsia="Liberation Sans"/>
                <w:b w:val="0"/>
                <w:color w:val="777777"/>
                <w:sz w:val="19"/>
              </w:rPr>
              <w:t>........................................................................................................................................</w:t>
            </w:r>
          </w:p>
          <w:p>
            <w:pPr>
              <w:spacing w:after="40"/>
            </w:pPr>
            <w:r>
              <w:rPr>
                <w:rFonts w:ascii="Liberation Sans" w:hAnsi="Liberation Sans" w:eastAsia="Liberation Sans"/>
                <w:b w:val="0"/>
                <w:color w:val="777777"/>
                <w:sz w:val="19"/>
              </w:rPr>
              <w:t>........................................................................................................................................</w:t>
            </w:r>
          </w:p>
          <w:p>
            <w:pPr>
              <w:spacing w:after="40"/>
            </w:pPr>
            <w:r>
              <w:rPr>
                <w:rFonts w:ascii="Liberation Sans" w:hAnsi="Liberation Sans" w:eastAsia="Liberation Sans"/>
                <w:b w:val="0"/>
                <w:color w:val="777777"/>
                <w:sz w:val="19"/>
              </w:rPr>
              <w:t>........................................................................................................................................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9E0E7"/>
          <w:left w:val="single" w:sz="4" w:space="0" w:color="D9E0E7"/>
          <w:bottom w:val="single" w:sz="4" w:space="0" w:color="D9E0E7"/>
          <w:right w:val="single" w:sz="4" w:space="0" w:color="D9E0E7"/>
        </w:tblBorders>
      </w:tblPr>
      <w:tblGrid>
        <w:gridCol w:w="9865"/>
      </w:tblGrid>
      <w:tr>
        <w:trPr>
          <w:cantSplit/>
        </w:trPr>
        <w:tc>
          <w:tcPr>
            <w:tcW w:type="dxa" w:w="9866"/>
            <w:tcMar>
              <w:top w:w="80" w:type="dxa"/>
              <w:start w:w="100" w:type="dxa"/>
              <w:bottom w:w="80" w:type="dxa"/>
              <w:end w:w="100" w:type="dxa"/>
            </w:tcMar>
            <w:shd w:fill="FFFFFF"/>
          </w:tcPr>
          <w:p>
            <w:pPr>
              <w:spacing w:after="40"/>
            </w:pPr>
            <w:r>
              <w:rPr>
                <w:rFonts w:ascii="Liberation Sans" w:hAnsi="Liberation Sans" w:eastAsia="Liberation Sans"/>
                <w:b/>
                <w:color w:val="6B7280"/>
                <w:sz w:val="17"/>
              </w:rPr>
              <w:t>Zwrócone dokumenty i wyposażenie</w:t>
            </w:r>
          </w:p>
          <w:p>
            <w:pPr>
              <w:spacing w:after="40"/>
            </w:pPr>
            <w:r>
              <w:rPr>
                <w:rFonts w:ascii="Liberation Sans" w:hAnsi="Liberation Sans" w:eastAsia="Liberation Sans"/>
                <w:b w:val="0"/>
                <w:color w:val="777777"/>
                <w:sz w:val="19"/>
              </w:rPr>
              <w:t>........................................................................................................................................</w:t>
            </w:r>
          </w:p>
          <w:p>
            <w:pPr>
              <w:spacing w:after="40"/>
            </w:pPr>
            <w:r>
              <w:rPr>
                <w:rFonts w:ascii="Liberation Sans" w:hAnsi="Liberation Sans" w:eastAsia="Liberation Sans"/>
                <w:b w:val="0"/>
                <w:color w:val="777777"/>
                <w:sz w:val="19"/>
              </w:rPr>
              <w:t>........................................................................................................................................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9E0E7"/>
          <w:left w:val="single" w:sz="4" w:space="0" w:color="D9E0E7"/>
          <w:bottom w:val="single" w:sz="4" w:space="0" w:color="D9E0E7"/>
          <w:right w:val="single" w:sz="4" w:space="0" w:color="D9E0E7"/>
        </w:tblBorders>
      </w:tblPr>
      <w:tblGrid>
        <w:gridCol w:w="9865"/>
      </w:tblGrid>
      <w:tr>
        <w:trPr>
          <w:cantSplit/>
        </w:trPr>
        <w:tc>
          <w:tcPr>
            <w:tcW w:type="dxa" w:w="9866"/>
            <w:tcMar>
              <w:top w:w="80" w:type="dxa"/>
              <w:start w:w="100" w:type="dxa"/>
              <w:bottom w:w="80" w:type="dxa"/>
              <w:end w:w="100" w:type="dxa"/>
            </w:tcMar>
            <w:shd w:fill="FFFFFF"/>
          </w:tcPr>
          <w:p>
            <w:pPr>
              <w:spacing w:after="40"/>
            </w:pPr>
            <w:r>
              <w:rPr>
                <w:rFonts w:ascii="Liberation Sans" w:hAnsi="Liberation Sans" w:eastAsia="Liberation Sans"/>
                <w:b/>
                <w:color w:val="6B7280"/>
                <w:sz w:val="17"/>
              </w:rPr>
              <w:t>Dodatkowe uwagi</w:t>
            </w:r>
          </w:p>
          <w:p>
            <w:pPr>
              <w:spacing w:after="40"/>
            </w:pPr>
            <w:r>
              <w:rPr>
                <w:rFonts w:ascii="Liberation Sans" w:hAnsi="Liberation Sans" w:eastAsia="Liberation Sans"/>
                <w:b w:val="0"/>
                <w:color w:val="777777"/>
                <w:sz w:val="19"/>
              </w:rPr>
              <w:t>........................................................................................................................................</w:t>
            </w:r>
          </w:p>
          <w:p>
            <w:pPr>
              <w:spacing w:after="40"/>
            </w:pPr>
            <w:r>
              <w:rPr>
                <w:rFonts w:ascii="Liberation Sans" w:hAnsi="Liberation Sans" w:eastAsia="Liberation Sans"/>
                <w:b w:val="0"/>
                <w:color w:val="777777"/>
                <w:sz w:val="19"/>
              </w:rPr>
              <w:t>........................................................................................................................................</w:t>
            </w:r>
          </w:p>
        </w:tc>
      </w:tr>
    </w:tbl>
    <w:p>
      <w:pPr>
        <w:spacing w:after="2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933"/>
        <w:gridCol w:w="4933"/>
      </w:tblGrid>
      <w:tr>
        <w:trPr>
          <w:cantSplit/>
        </w:trPr>
        <w:tc>
          <w:tcPr>
            <w:tcW w:type="dxa" w:w="4933"/>
            <w:tcMar>
              <w:top w:w="18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Liberation Sans" w:hAnsi="Liberation Sans" w:eastAsia="Liberation Sans"/>
                <w:b w:val="0"/>
                <w:sz w:val="20"/>
              </w:rPr>
              <w:t>........................................................</w:t>
            </w:r>
          </w:p>
          <w:p>
            <w:pPr>
              <w:jc w:val="center"/>
            </w:pPr>
            <w:r>
              <w:rPr>
                <w:rFonts w:ascii="Liberation Sans" w:hAnsi="Liberation Sans" w:eastAsia="Liberation Sans"/>
                <w:b w:val="0"/>
                <w:color w:val="6B7280"/>
                <w:sz w:val="17"/>
              </w:rPr>
              <w:t>Użyczający</w:t>
            </w:r>
          </w:p>
        </w:tc>
        <w:tc>
          <w:tcPr>
            <w:tcW w:type="dxa" w:w="4933"/>
            <w:tcMar>
              <w:top w:w="18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Liberation Sans" w:hAnsi="Liberation Sans" w:eastAsia="Liberation Sans"/>
                <w:b w:val="0"/>
                <w:sz w:val="20"/>
              </w:rPr>
              <w:t>........................................................</w:t>
            </w:r>
          </w:p>
          <w:p>
            <w:pPr>
              <w:jc w:val="center"/>
            </w:pPr>
            <w:r>
              <w:rPr>
                <w:rFonts w:ascii="Liberation Sans" w:hAnsi="Liberation Sans" w:eastAsia="Liberation Sans"/>
                <w:b w:val="0"/>
                <w:color w:val="6B7280"/>
                <w:sz w:val="17"/>
              </w:rPr>
              <w:t>Biorący do używania</w:t>
            </w:r>
          </w:p>
        </w:tc>
      </w:tr>
    </w:tbl>
    <w:p>
      <w:pPr>
        <w:spacing w:after="2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9E0E7"/>
          <w:left w:val="single" w:sz="4" w:space="0" w:color="D9E0E7"/>
          <w:bottom w:val="single" w:sz="4" w:space="0" w:color="D9E0E7"/>
          <w:right w:val="single" w:sz="4" w:space="0" w:color="D9E0E7"/>
        </w:tblBorders>
      </w:tblPr>
      <w:tblGrid>
        <w:gridCol w:w="9865"/>
      </w:tblGrid>
      <w:tr>
        <w:trPr>
          <w:cantSplit/>
        </w:trPr>
        <w:tc>
          <w:tcPr>
            <w:tcW w:type="dxa" w:w="9866"/>
            <w:shd w:fill="F2F5F8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Liberation Sans" w:hAnsi="Liberation Sans" w:eastAsia="Liberation Sans"/>
                <w:b w:val="0"/>
                <w:color w:val="6B7280"/>
                <w:sz w:val="16"/>
              </w:rPr>
              <w:t>Podstawa prawna: ustawa z dnia 23 kwietnia 1964 r. – Kodeks cywilny, art. 710–719 (tekst jedn. Dz.U. z 2026 r. poz. 795).</w:t>
            </w:r>
          </w:p>
          <w:p>
            <w:r>
              <w:rPr>
                <w:rFonts w:ascii="Liberation Sans" w:hAnsi="Liberation Sans" w:eastAsia="Liberation Sans"/>
                <w:b w:val="0"/>
                <w:color w:val="6B7280"/>
                <w:sz w:val="16"/>
              </w:rPr>
              <w:t>Wzór ma charakter pomocniczy i powinien zostać dostosowany do konkretnej sytuacji.</w:t>
            </w:r>
          </w:p>
        </w:tc>
      </w:tr>
    </w:tbl>
    <w:sectPr w:rsidR="00FC693F" w:rsidRPr="0006063C" w:rsidSect="00034616">
      <w:footerReference w:type="default" r:id="rId9"/>
      <w:footerReference w:type="first" r:id="rId10"/>
      <w:footerReference w:type="even" r:id="rId11"/>
      <w:pgSz w:w="11906" w:h="16838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Liberation Sans" w:hAnsi="Liberation Sans" w:eastAsia="Liberation Sans"/>
      <w:color w:val="222222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Title">
    <w:name w:val="FormTitle"/>
    <w:pPr>
      <w:spacing w:after="40"/>
    </w:pPr>
    <w:rPr>
      <w:rFonts w:ascii="Liberation Sans" w:hAnsi="Liberation Sans" w:eastAsia="Liberation Sans"/>
      <w:b/>
      <w:color w:val="243247"/>
      <w:sz w:val="40"/>
    </w:rPr>
  </w:style>
  <w:style w:type="paragraph" w:customStyle="1" w:styleId="FormSubtitle">
    <w:name w:val="FormSubtitle"/>
    <w:pPr>
      <w:spacing w:after="160"/>
    </w:pPr>
    <w:rPr>
      <w:rFonts w:ascii="Liberation Sans" w:hAnsi="Liberation Sans" w:eastAsia="Liberation Sans"/>
      <w:color w:val="6B7280"/>
      <w:sz w:val="18"/>
    </w:rPr>
  </w:style>
  <w:style w:type="paragraph" w:customStyle="1" w:styleId="ClauseHeading">
    <w:name w:val="ClauseHeading"/>
    <w:pPr>
      <w:keepNext/>
      <w:spacing w:before="160" w:after="80"/>
    </w:pPr>
    <w:rPr>
      <w:rFonts w:ascii="Liberation Sans" w:hAnsi="Liberation Sans" w:eastAsia="Liberation Sans"/>
      <w:b/>
      <w:color w:val="243247"/>
      <w:sz w:val="23"/>
    </w:rPr>
  </w:style>
  <w:style w:type="paragraph" w:customStyle="1" w:styleId="SmallNote">
    <w:name w:val="SmallNote"/>
    <w:pPr>
      <w:spacing w:after="80" w:line="240" w:lineRule="auto"/>
    </w:pPr>
    <w:rPr>
      <w:rFonts w:ascii="Liberation Sans" w:hAnsi="Liberation Sans" w:eastAsia="Liberation Sans"/>
      <w:color w:val="6B7280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